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03AB" w:rsidRPr="00A146F1" w:rsidRDefault="00950F2F">
      <w:pPr>
        <w:jc w:val="center"/>
        <w:rPr>
          <w:lang w:eastAsia="ja-JP"/>
        </w:rPr>
      </w:pPr>
      <w:r w:rsidRPr="00A146F1">
        <w:rPr>
          <w:b/>
          <w:sz w:val="36"/>
          <w:lang w:eastAsia="ja-JP"/>
        </w:rPr>
        <w:t>中小企業経営DXモデル事業</w:t>
      </w:r>
      <w:r w:rsidRPr="00A146F1">
        <w:rPr>
          <w:b/>
          <w:sz w:val="36"/>
          <w:lang w:eastAsia="ja-JP"/>
        </w:rPr>
        <w:br/>
        <w:t>応募申請書</w:t>
      </w:r>
    </w:p>
    <w:p w:rsidR="00FC03AB" w:rsidRPr="00A146F1" w:rsidRDefault="00950F2F">
      <w:proofErr w:type="spellStart"/>
      <w:r w:rsidRPr="00A146F1">
        <w:t>所在地</w:t>
      </w:r>
      <w:proofErr w:type="spellEnd"/>
      <w:r w:rsidRPr="00A146F1">
        <w:t>：_________________________________</w:t>
      </w:r>
      <w:r w:rsidR="00BB159E" w:rsidRPr="00A146F1">
        <w:t>___</w:t>
      </w:r>
      <w:r w:rsidR="00BB159E" w:rsidRPr="00BB159E">
        <w:rPr>
          <w:rFonts w:hint="eastAsia"/>
          <w:lang w:eastAsia="ja-JP"/>
        </w:rPr>
        <w:t xml:space="preserve">　　</w:t>
      </w:r>
    </w:p>
    <w:p w:rsidR="00FC03AB" w:rsidRPr="00A146F1" w:rsidRDefault="00950F2F">
      <w:r w:rsidRPr="00A146F1">
        <w:t>事業者名：__________________________________</w:t>
      </w:r>
    </w:p>
    <w:p w:rsidR="00FC03AB" w:rsidRDefault="00950F2F">
      <w:proofErr w:type="spellStart"/>
      <w:r w:rsidRPr="00A146F1">
        <w:t>代表者名</w:t>
      </w:r>
      <w:proofErr w:type="spellEnd"/>
      <w:r w:rsidRPr="00A146F1">
        <w:t>：__________________________________</w:t>
      </w:r>
    </w:p>
    <w:p w:rsidR="00E6487E" w:rsidRPr="00A146F1" w:rsidRDefault="00E6487E">
      <w:r>
        <w:rPr>
          <w:rFonts w:hint="eastAsia"/>
          <w:lang w:eastAsia="ja-JP"/>
        </w:rPr>
        <w:t>担当者名：</w:t>
      </w:r>
      <w:r w:rsidRPr="00A146F1">
        <w:t>__________________________________</w:t>
      </w:r>
    </w:p>
    <w:p w:rsidR="00FC03AB" w:rsidRPr="00A146F1" w:rsidRDefault="00950F2F">
      <w:pPr>
        <w:rPr>
          <w:lang w:eastAsia="ja-JP"/>
        </w:rPr>
      </w:pPr>
      <w:r w:rsidRPr="00A146F1">
        <w:rPr>
          <w:lang w:eastAsia="ja-JP"/>
        </w:rPr>
        <w:t>電話番号：__________________________________</w:t>
      </w:r>
      <w:bookmarkStart w:id="0" w:name="_GoBack"/>
      <w:bookmarkEnd w:id="0"/>
    </w:p>
    <w:p w:rsidR="00FC03AB" w:rsidRPr="00A146F1" w:rsidRDefault="00950F2F">
      <w:pPr>
        <w:rPr>
          <w:lang w:eastAsia="ja-JP"/>
        </w:rPr>
      </w:pPr>
      <w:r w:rsidRPr="00A146F1">
        <w:rPr>
          <w:lang w:eastAsia="ja-JP"/>
        </w:rPr>
        <w:t>メールアドレス：____________________________</w:t>
      </w:r>
    </w:p>
    <w:p w:rsidR="00FC03AB" w:rsidRPr="00A146F1" w:rsidRDefault="00950F2F">
      <w:pPr>
        <w:pStyle w:val="1"/>
        <w:rPr>
          <w:color w:val="auto"/>
          <w:lang w:eastAsia="ja-JP"/>
        </w:rPr>
      </w:pPr>
      <w:r w:rsidRPr="00A146F1">
        <w:rPr>
          <w:color w:val="auto"/>
          <w:lang w:eastAsia="ja-JP"/>
        </w:rPr>
        <w:t>１．事業者概要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9"/>
        <w:gridCol w:w="6681"/>
      </w:tblGrid>
      <w:tr w:rsidR="00A146F1" w:rsidRPr="00A146F1" w:rsidTr="005E328B">
        <w:tc>
          <w:tcPr>
            <w:tcW w:w="1951" w:type="dxa"/>
          </w:tcPr>
          <w:p w:rsidR="00FC03AB" w:rsidRPr="00A146F1" w:rsidRDefault="00950F2F">
            <w:proofErr w:type="spellStart"/>
            <w:r w:rsidRPr="00A146F1">
              <w:t>業種</w:t>
            </w:r>
            <w:proofErr w:type="spellEnd"/>
          </w:p>
        </w:tc>
        <w:tc>
          <w:tcPr>
            <w:tcW w:w="6689" w:type="dxa"/>
          </w:tcPr>
          <w:p w:rsidR="00FC03AB" w:rsidRPr="00A146F1" w:rsidRDefault="00FC03AB"/>
        </w:tc>
      </w:tr>
      <w:tr w:rsidR="00A146F1" w:rsidRPr="00A146F1" w:rsidTr="005E328B">
        <w:tc>
          <w:tcPr>
            <w:tcW w:w="1951" w:type="dxa"/>
          </w:tcPr>
          <w:p w:rsidR="00FC03AB" w:rsidRPr="00A146F1" w:rsidRDefault="00950F2F">
            <w:pPr>
              <w:rPr>
                <w:lang w:eastAsia="ja-JP"/>
              </w:rPr>
            </w:pPr>
            <w:proofErr w:type="spellStart"/>
            <w:r w:rsidRPr="00A146F1">
              <w:t>創業</w:t>
            </w:r>
            <w:proofErr w:type="spellEnd"/>
            <w:r w:rsidR="00E6487E">
              <w:rPr>
                <w:rFonts w:hint="eastAsia"/>
                <w:lang w:eastAsia="ja-JP"/>
              </w:rPr>
              <w:t>年月</w:t>
            </w:r>
          </w:p>
        </w:tc>
        <w:tc>
          <w:tcPr>
            <w:tcW w:w="6689" w:type="dxa"/>
          </w:tcPr>
          <w:p w:rsidR="00FC03AB" w:rsidRPr="00A146F1" w:rsidRDefault="00FC03AB"/>
        </w:tc>
      </w:tr>
      <w:tr w:rsidR="00A146F1" w:rsidRPr="00A146F1" w:rsidTr="005E328B">
        <w:tc>
          <w:tcPr>
            <w:tcW w:w="1951" w:type="dxa"/>
          </w:tcPr>
          <w:p w:rsidR="00FC03AB" w:rsidRPr="00A146F1" w:rsidRDefault="00950F2F">
            <w:proofErr w:type="spellStart"/>
            <w:r w:rsidRPr="00A146F1">
              <w:t>従業員数</w:t>
            </w:r>
            <w:proofErr w:type="spellEnd"/>
          </w:p>
        </w:tc>
        <w:tc>
          <w:tcPr>
            <w:tcW w:w="6689" w:type="dxa"/>
          </w:tcPr>
          <w:p w:rsidR="00E6487E" w:rsidRPr="00A146F1" w:rsidRDefault="00E6487E">
            <w:pPr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・正社員　　　　　　　　　　　　　　　　　　　　　　　　人</w:t>
            </w:r>
            <w:r>
              <w:rPr>
                <w:lang w:eastAsia="ja-JP"/>
              </w:rPr>
              <w:br/>
            </w:r>
            <w:r>
              <w:rPr>
                <w:rFonts w:hint="eastAsia"/>
                <w:lang w:eastAsia="ja-JP"/>
              </w:rPr>
              <w:t>・パート・アルバイト　　　　　　　　　　　　　　　　　　人</w:t>
            </w:r>
            <w:r>
              <w:rPr>
                <w:lang w:eastAsia="ja-JP"/>
              </w:rPr>
              <w:br/>
            </w:r>
            <w:r>
              <w:rPr>
                <w:rFonts w:hint="eastAsia"/>
                <w:lang w:eastAsia="ja-JP"/>
              </w:rPr>
              <w:t>・派遣　　　　　　　　　　　　　　　　　　　　　　　　　人</w:t>
            </w:r>
          </w:p>
        </w:tc>
      </w:tr>
      <w:tr w:rsidR="00A146F1" w:rsidRPr="00A146F1" w:rsidTr="005E328B">
        <w:tc>
          <w:tcPr>
            <w:tcW w:w="1951" w:type="dxa"/>
          </w:tcPr>
          <w:p w:rsidR="00FC03AB" w:rsidRPr="00A146F1" w:rsidRDefault="00950F2F">
            <w:proofErr w:type="spellStart"/>
            <w:r w:rsidRPr="00A146F1">
              <w:t>主な事業内容</w:t>
            </w:r>
            <w:proofErr w:type="spellEnd"/>
          </w:p>
        </w:tc>
        <w:tc>
          <w:tcPr>
            <w:tcW w:w="6689" w:type="dxa"/>
          </w:tcPr>
          <w:p w:rsidR="00FC03AB" w:rsidRPr="00A146F1" w:rsidRDefault="00FC03AB"/>
        </w:tc>
      </w:tr>
    </w:tbl>
    <w:p w:rsidR="00B23439" w:rsidRDefault="00950F2F" w:rsidP="00B23439">
      <w:pPr>
        <w:pStyle w:val="1"/>
        <w:ind w:left="562" w:hangingChars="200" w:hanging="562"/>
        <w:rPr>
          <w:color w:val="auto"/>
          <w:lang w:eastAsia="ja-JP"/>
        </w:rPr>
      </w:pPr>
      <w:r w:rsidRPr="00A146F1">
        <w:rPr>
          <w:color w:val="auto"/>
          <w:lang w:eastAsia="ja-JP"/>
        </w:rPr>
        <w:t>２．</w:t>
      </w:r>
      <w:r w:rsidR="00B23439">
        <w:rPr>
          <w:rFonts w:hint="eastAsia"/>
          <w:color w:val="auto"/>
          <w:lang w:eastAsia="ja-JP"/>
        </w:rPr>
        <w:t>現在の経営課題（応募理由）</w:t>
      </w:r>
    </w:p>
    <w:p w:rsidR="00B23439" w:rsidRPr="00B23439" w:rsidRDefault="00B23439" w:rsidP="00B23439">
      <w:pPr>
        <w:rPr>
          <w:lang w:eastAsia="ja-JP"/>
        </w:rPr>
      </w:pPr>
      <w:r>
        <w:rPr>
          <w:rFonts w:hint="eastAsia"/>
          <w:lang w:eastAsia="ja-JP"/>
        </w:rPr>
        <w:t>現在、事業運営で課題となっていることや、本事業に応募した理由をご記入ください。</w:t>
      </w:r>
    </w:p>
    <w:p w:rsidR="00FC03AB" w:rsidRPr="00A146F1" w:rsidRDefault="00950F2F">
      <w:pPr>
        <w:rPr>
          <w:lang w:eastAsia="ja-JP"/>
        </w:rPr>
      </w:pPr>
      <w:r w:rsidRPr="00A146F1">
        <w:rPr>
          <w:lang w:eastAsia="ja-JP"/>
        </w:rPr>
        <w:t>______________________________________________</w:t>
      </w:r>
      <w:r w:rsidR="00233B26" w:rsidRPr="00A146F1">
        <w:rPr>
          <w:lang w:eastAsia="ja-JP"/>
        </w:rPr>
        <w:t>__________________________</w:t>
      </w:r>
    </w:p>
    <w:p w:rsidR="00FC03AB" w:rsidRPr="00A146F1" w:rsidRDefault="00950F2F">
      <w:pPr>
        <w:rPr>
          <w:lang w:eastAsia="ja-JP"/>
        </w:rPr>
      </w:pPr>
      <w:r w:rsidRPr="00A146F1">
        <w:rPr>
          <w:lang w:eastAsia="ja-JP"/>
        </w:rPr>
        <w:t>______________________________________________</w:t>
      </w:r>
      <w:r w:rsidR="00233B26" w:rsidRPr="00A146F1">
        <w:rPr>
          <w:lang w:eastAsia="ja-JP"/>
        </w:rPr>
        <w:t>__________________________</w:t>
      </w:r>
    </w:p>
    <w:p w:rsidR="00FC03AB" w:rsidRPr="00A146F1" w:rsidRDefault="00950F2F">
      <w:pPr>
        <w:rPr>
          <w:lang w:eastAsia="ja-JP"/>
        </w:rPr>
      </w:pPr>
      <w:r w:rsidRPr="00A146F1">
        <w:rPr>
          <w:lang w:eastAsia="ja-JP"/>
        </w:rPr>
        <w:t>______________________________________________</w:t>
      </w:r>
      <w:r w:rsidR="00233B26" w:rsidRPr="00A146F1">
        <w:rPr>
          <w:lang w:eastAsia="ja-JP"/>
        </w:rPr>
        <w:t>__________________________</w:t>
      </w:r>
    </w:p>
    <w:p w:rsidR="00FC03AB" w:rsidRDefault="00950F2F">
      <w:pPr>
        <w:rPr>
          <w:lang w:eastAsia="ja-JP"/>
        </w:rPr>
      </w:pPr>
      <w:r w:rsidRPr="00A146F1">
        <w:rPr>
          <w:lang w:eastAsia="ja-JP"/>
        </w:rPr>
        <w:t>______________________________________________</w:t>
      </w:r>
      <w:r w:rsidR="00233B26" w:rsidRPr="00A146F1">
        <w:rPr>
          <w:lang w:eastAsia="ja-JP"/>
        </w:rPr>
        <w:t>__________________________</w:t>
      </w:r>
    </w:p>
    <w:p w:rsidR="007B3A0C" w:rsidRDefault="007B3A0C" w:rsidP="007B3A0C">
      <w:pPr>
        <w:rPr>
          <w:lang w:eastAsia="ja-JP"/>
        </w:rPr>
      </w:pPr>
      <w:r w:rsidRPr="00A146F1">
        <w:rPr>
          <w:lang w:eastAsia="ja-JP"/>
        </w:rPr>
        <w:t>________________________________________________________________________</w:t>
      </w:r>
    </w:p>
    <w:p w:rsidR="007B3A0C" w:rsidRDefault="007B3A0C" w:rsidP="007B3A0C">
      <w:pPr>
        <w:rPr>
          <w:lang w:eastAsia="ja-JP"/>
        </w:rPr>
      </w:pPr>
      <w:r w:rsidRPr="00A146F1">
        <w:rPr>
          <w:lang w:eastAsia="ja-JP"/>
        </w:rPr>
        <w:t>________________________________________________________________________</w:t>
      </w:r>
    </w:p>
    <w:p w:rsidR="007B3A0C" w:rsidRPr="00A146F1" w:rsidRDefault="007B3A0C">
      <w:pPr>
        <w:rPr>
          <w:lang w:eastAsia="ja-JP"/>
        </w:rPr>
      </w:pPr>
      <w:r w:rsidRPr="00A146F1">
        <w:rPr>
          <w:lang w:eastAsia="ja-JP"/>
        </w:rPr>
        <w:t>________________________________________________________________________</w:t>
      </w:r>
    </w:p>
    <w:p w:rsidR="00FC03AB" w:rsidRDefault="00950F2F">
      <w:pPr>
        <w:pStyle w:val="1"/>
        <w:rPr>
          <w:color w:val="auto"/>
          <w:lang w:eastAsia="ja-JP"/>
        </w:rPr>
      </w:pPr>
      <w:r w:rsidRPr="00A146F1">
        <w:rPr>
          <w:color w:val="auto"/>
          <w:lang w:eastAsia="ja-JP"/>
        </w:rPr>
        <w:lastRenderedPageBreak/>
        <w:t>３．</w:t>
      </w:r>
      <w:r w:rsidR="007B3A0C">
        <w:rPr>
          <w:rFonts w:hint="eastAsia"/>
          <w:color w:val="auto"/>
          <w:lang w:eastAsia="ja-JP"/>
        </w:rPr>
        <w:t>ＤＸ</w:t>
      </w:r>
      <w:r w:rsidRPr="00A146F1">
        <w:rPr>
          <w:color w:val="auto"/>
          <w:lang w:eastAsia="ja-JP"/>
        </w:rPr>
        <w:t>導入・</w:t>
      </w:r>
      <w:r w:rsidR="007B3A0C">
        <w:rPr>
          <w:rFonts w:hint="eastAsia"/>
          <w:color w:val="auto"/>
          <w:lang w:eastAsia="ja-JP"/>
        </w:rPr>
        <w:t>業務</w:t>
      </w:r>
      <w:r w:rsidRPr="00A146F1">
        <w:rPr>
          <w:color w:val="auto"/>
          <w:lang w:eastAsia="ja-JP"/>
        </w:rPr>
        <w:t>改善を希望する内容</w:t>
      </w:r>
    </w:p>
    <w:p w:rsidR="007B3A0C" w:rsidRPr="007B3A0C" w:rsidRDefault="007B3A0C" w:rsidP="007B3A0C">
      <w:pPr>
        <w:ind w:left="440" w:hangingChars="200" w:hanging="440"/>
        <w:rPr>
          <w:lang w:eastAsia="ja-JP"/>
        </w:rPr>
      </w:pPr>
      <w:r>
        <w:rPr>
          <w:rFonts w:hint="eastAsia"/>
          <w:lang w:eastAsia="ja-JP"/>
        </w:rPr>
        <w:t>例）・紙で管理している業務をデジタル化したい</w:t>
      </w:r>
      <w:r>
        <w:rPr>
          <w:lang w:eastAsia="ja-JP"/>
        </w:rPr>
        <w:br/>
      </w:r>
      <w:r>
        <w:rPr>
          <w:rFonts w:hint="eastAsia"/>
          <w:lang w:eastAsia="ja-JP"/>
        </w:rPr>
        <w:t>・勤怠管理を効率化したい</w:t>
      </w:r>
    </w:p>
    <w:p w:rsidR="00FC03AB" w:rsidRPr="00A146F1" w:rsidRDefault="00950F2F">
      <w:pPr>
        <w:rPr>
          <w:lang w:eastAsia="ja-JP"/>
        </w:rPr>
      </w:pPr>
      <w:r w:rsidRPr="00A146F1">
        <w:rPr>
          <w:lang w:eastAsia="ja-JP"/>
        </w:rPr>
        <w:t>______________________________________________</w:t>
      </w:r>
      <w:r w:rsidR="00233B26" w:rsidRPr="00A146F1">
        <w:rPr>
          <w:lang w:eastAsia="ja-JP"/>
        </w:rPr>
        <w:t>__________________________</w:t>
      </w:r>
    </w:p>
    <w:p w:rsidR="00FC03AB" w:rsidRPr="00A146F1" w:rsidRDefault="00950F2F">
      <w:pPr>
        <w:rPr>
          <w:lang w:eastAsia="ja-JP"/>
        </w:rPr>
      </w:pPr>
      <w:r w:rsidRPr="00A146F1">
        <w:rPr>
          <w:lang w:eastAsia="ja-JP"/>
        </w:rPr>
        <w:t>______________________________________________</w:t>
      </w:r>
      <w:r w:rsidR="00233B26" w:rsidRPr="00A146F1">
        <w:rPr>
          <w:lang w:eastAsia="ja-JP"/>
        </w:rPr>
        <w:t>__________________________</w:t>
      </w:r>
    </w:p>
    <w:p w:rsidR="00FC03AB" w:rsidRPr="00A146F1" w:rsidRDefault="00950F2F">
      <w:pPr>
        <w:rPr>
          <w:lang w:eastAsia="ja-JP"/>
        </w:rPr>
      </w:pPr>
      <w:r w:rsidRPr="00A146F1">
        <w:rPr>
          <w:lang w:eastAsia="ja-JP"/>
        </w:rPr>
        <w:t>______________________________________________</w:t>
      </w:r>
      <w:r w:rsidR="00233B26" w:rsidRPr="00A146F1">
        <w:rPr>
          <w:lang w:eastAsia="ja-JP"/>
        </w:rPr>
        <w:t>__________________________</w:t>
      </w:r>
    </w:p>
    <w:p w:rsidR="00FC03AB" w:rsidRDefault="00950F2F">
      <w:pPr>
        <w:rPr>
          <w:lang w:eastAsia="ja-JP"/>
        </w:rPr>
      </w:pPr>
      <w:r w:rsidRPr="00A146F1">
        <w:rPr>
          <w:lang w:eastAsia="ja-JP"/>
        </w:rPr>
        <w:t>______________________________________________</w:t>
      </w:r>
      <w:r w:rsidR="00233B26" w:rsidRPr="00A146F1">
        <w:rPr>
          <w:lang w:eastAsia="ja-JP"/>
        </w:rPr>
        <w:t>__________________________</w:t>
      </w:r>
    </w:p>
    <w:p w:rsidR="007B3A0C" w:rsidRPr="00A146F1" w:rsidRDefault="007B3A0C" w:rsidP="007B3A0C">
      <w:pPr>
        <w:rPr>
          <w:lang w:eastAsia="ja-JP"/>
        </w:rPr>
      </w:pPr>
      <w:r w:rsidRPr="00A146F1">
        <w:rPr>
          <w:lang w:eastAsia="ja-JP"/>
        </w:rPr>
        <w:t>________________________________________________________________________</w:t>
      </w:r>
    </w:p>
    <w:p w:rsidR="007B3A0C" w:rsidRPr="00A146F1" w:rsidRDefault="007B3A0C" w:rsidP="007B3A0C">
      <w:pPr>
        <w:rPr>
          <w:lang w:eastAsia="ja-JP"/>
        </w:rPr>
      </w:pPr>
      <w:r w:rsidRPr="00A146F1">
        <w:rPr>
          <w:lang w:eastAsia="ja-JP"/>
        </w:rPr>
        <w:t>________________________________________________________________________</w:t>
      </w:r>
    </w:p>
    <w:p w:rsidR="007B3A0C" w:rsidRPr="00A146F1" w:rsidRDefault="007B3A0C">
      <w:pPr>
        <w:rPr>
          <w:lang w:eastAsia="ja-JP"/>
        </w:rPr>
      </w:pPr>
    </w:p>
    <w:p w:rsidR="00FC03AB" w:rsidRPr="00A146F1" w:rsidRDefault="00950F2F">
      <w:pPr>
        <w:pStyle w:val="1"/>
        <w:rPr>
          <w:color w:val="auto"/>
          <w:lang w:eastAsia="ja-JP"/>
        </w:rPr>
      </w:pPr>
      <w:r w:rsidRPr="00A146F1">
        <w:rPr>
          <w:color w:val="auto"/>
          <w:lang w:eastAsia="ja-JP"/>
        </w:rPr>
        <w:t>４．</w:t>
      </w:r>
      <w:r w:rsidR="00374834">
        <w:rPr>
          <w:rFonts w:hint="eastAsia"/>
          <w:color w:val="auto"/>
          <w:lang w:eastAsia="ja-JP"/>
        </w:rPr>
        <w:t>本事業を通じて目指したい姿</w:t>
      </w:r>
    </w:p>
    <w:p w:rsidR="00FC03AB" w:rsidRPr="00A146F1" w:rsidRDefault="00950F2F">
      <w:pPr>
        <w:rPr>
          <w:lang w:eastAsia="ja-JP"/>
        </w:rPr>
      </w:pPr>
      <w:r w:rsidRPr="00A146F1">
        <w:rPr>
          <w:lang w:eastAsia="ja-JP"/>
        </w:rPr>
        <w:t>______________________________________________</w:t>
      </w:r>
      <w:r w:rsidR="00233B26" w:rsidRPr="00A146F1">
        <w:rPr>
          <w:lang w:eastAsia="ja-JP"/>
        </w:rPr>
        <w:t>__________________________</w:t>
      </w:r>
    </w:p>
    <w:p w:rsidR="00FC03AB" w:rsidRPr="00A146F1" w:rsidRDefault="00950F2F">
      <w:pPr>
        <w:rPr>
          <w:lang w:eastAsia="ja-JP"/>
        </w:rPr>
      </w:pPr>
      <w:r w:rsidRPr="00A146F1">
        <w:rPr>
          <w:lang w:eastAsia="ja-JP"/>
        </w:rPr>
        <w:t>______________________________________________</w:t>
      </w:r>
      <w:r w:rsidR="00233B26" w:rsidRPr="00A146F1">
        <w:rPr>
          <w:lang w:eastAsia="ja-JP"/>
        </w:rPr>
        <w:t>__________________________</w:t>
      </w:r>
    </w:p>
    <w:p w:rsidR="00FC03AB" w:rsidRPr="00A146F1" w:rsidRDefault="00950F2F">
      <w:pPr>
        <w:rPr>
          <w:lang w:eastAsia="ja-JP"/>
        </w:rPr>
      </w:pPr>
      <w:r w:rsidRPr="00A146F1">
        <w:rPr>
          <w:lang w:eastAsia="ja-JP"/>
        </w:rPr>
        <w:t>______________________________________________</w:t>
      </w:r>
      <w:r w:rsidR="00233B26" w:rsidRPr="00A146F1">
        <w:rPr>
          <w:lang w:eastAsia="ja-JP"/>
        </w:rPr>
        <w:t>__________________________</w:t>
      </w:r>
    </w:p>
    <w:p w:rsidR="00233B26" w:rsidRPr="00A146F1" w:rsidRDefault="00233B26" w:rsidP="00233B26">
      <w:pPr>
        <w:rPr>
          <w:lang w:eastAsia="ja-JP"/>
        </w:rPr>
      </w:pPr>
      <w:r w:rsidRPr="00A146F1">
        <w:rPr>
          <w:lang w:eastAsia="ja-JP"/>
        </w:rPr>
        <w:t>________________________________________________________________________</w:t>
      </w:r>
    </w:p>
    <w:p w:rsidR="00374834" w:rsidRPr="00A146F1" w:rsidRDefault="00374834" w:rsidP="00374834">
      <w:pPr>
        <w:rPr>
          <w:lang w:eastAsia="ja-JP"/>
        </w:rPr>
      </w:pPr>
      <w:r w:rsidRPr="00A146F1">
        <w:rPr>
          <w:lang w:eastAsia="ja-JP"/>
        </w:rPr>
        <w:t>________________________________________________________________________</w:t>
      </w:r>
    </w:p>
    <w:p w:rsidR="00233B26" w:rsidRPr="00A146F1" w:rsidRDefault="00374834">
      <w:pPr>
        <w:rPr>
          <w:lang w:eastAsia="ja-JP"/>
        </w:rPr>
      </w:pPr>
      <w:r w:rsidRPr="00A146F1">
        <w:rPr>
          <w:lang w:eastAsia="ja-JP"/>
        </w:rPr>
        <w:t>________________________________________________________________________</w:t>
      </w:r>
    </w:p>
    <w:p w:rsidR="00FC03AB" w:rsidRPr="00A146F1" w:rsidRDefault="00950F2F">
      <w:pPr>
        <w:pStyle w:val="1"/>
        <w:rPr>
          <w:color w:val="auto"/>
          <w:lang w:eastAsia="ja-JP"/>
        </w:rPr>
      </w:pPr>
      <w:r w:rsidRPr="00A146F1">
        <w:rPr>
          <w:color w:val="auto"/>
          <w:lang w:eastAsia="ja-JP"/>
        </w:rPr>
        <w:t>５．</w:t>
      </w:r>
      <w:r w:rsidR="00374834">
        <w:rPr>
          <w:rFonts w:hint="eastAsia"/>
          <w:color w:val="auto"/>
          <w:lang w:eastAsia="ja-JP"/>
        </w:rPr>
        <w:t>支援終了後の</w:t>
      </w:r>
      <w:r w:rsidRPr="00A146F1">
        <w:rPr>
          <w:color w:val="auto"/>
          <w:lang w:eastAsia="ja-JP"/>
        </w:rPr>
        <w:t>展望</w:t>
      </w:r>
    </w:p>
    <w:p w:rsidR="00233B26" w:rsidRPr="00A146F1" w:rsidRDefault="00233B26" w:rsidP="00233B26">
      <w:pPr>
        <w:rPr>
          <w:lang w:eastAsia="ja-JP"/>
        </w:rPr>
      </w:pPr>
      <w:r w:rsidRPr="00A146F1">
        <w:rPr>
          <w:lang w:eastAsia="ja-JP"/>
        </w:rPr>
        <w:t>________________________________________________________________________</w:t>
      </w:r>
    </w:p>
    <w:p w:rsidR="00233B26" w:rsidRPr="00A146F1" w:rsidRDefault="00233B26" w:rsidP="00233B26">
      <w:pPr>
        <w:rPr>
          <w:lang w:eastAsia="ja-JP"/>
        </w:rPr>
      </w:pPr>
      <w:r w:rsidRPr="00A146F1">
        <w:rPr>
          <w:lang w:eastAsia="ja-JP"/>
        </w:rPr>
        <w:t>________________________________________________________________________</w:t>
      </w:r>
    </w:p>
    <w:p w:rsidR="00233B26" w:rsidRPr="00A146F1" w:rsidRDefault="00233B26" w:rsidP="00233B26">
      <w:pPr>
        <w:rPr>
          <w:lang w:eastAsia="ja-JP"/>
        </w:rPr>
      </w:pPr>
      <w:r w:rsidRPr="00A146F1">
        <w:rPr>
          <w:lang w:eastAsia="ja-JP"/>
        </w:rPr>
        <w:t>________________________________________________________________________</w:t>
      </w:r>
    </w:p>
    <w:p w:rsidR="00233B26" w:rsidRPr="00A146F1" w:rsidRDefault="00233B26" w:rsidP="00233B26">
      <w:pPr>
        <w:rPr>
          <w:lang w:eastAsia="ja-JP"/>
        </w:rPr>
      </w:pPr>
      <w:r w:rsidRPr="00A146F1">
        <w:rPr>
          <w:lang w:eastAsia="ja-JP"/>
        </w:rPr>
        <w:t>________________________________________________________________________</w:t>
      </w:r>
    </w:p>
    <w:p w:rsidR="00374834" w:rsidRPr="00A146F1" w:rsidRDefault="00374834" w:rsidP="00374834">
      <w:pPr>
        <w:rPr>
          <w:lang w:eastAsia="ja-JP"/>
        </w:rPr>
      </w:pPr>
      <w:r w:rsidRPr="00A146F1">
        <w:rPr>
          <w:lang w:eastAsia="ja-JP"/>
        </w:rPr>
        <w:t>________________________________________________________________________</w:t>
      </w:r>
    </w:p>
    <w:p w:rsidR="00233B26" w:rsidRPr="00A146F1" w:rsidRDefault="00374834" w:rsidP="00233B26">
      <w:pPr>
        <w:rPr>
          <w:lang w:eastAsia="ja-JP"/>
        </w:rPr>
      </w:pPr>
      <w:r w:rsidRPr="00A146F1">
        <w:rPr>
          <w:lang w:eastAsia="ja-JP"/>
        </w:rPr>
        <w:t>________________________________________________________________________</w:t>
      </w:r>
    </w:p>
    <w:p w:rsidR="00FC03AB" w:rsidRDefault="00950F2F">
      <w:pPr>
        <w:pStyle w:val="1"/>
        <w:rPr>
          <w:color w:val="auto"/>
          <w:lang w:eastAsia="ja-JP"/>
        </w:rPr>
      </w:pPr>
      <w:r w:rsidRPr="00A146F1">
        <w:rPr>
          <w:color w:val="auto"/>
          <w:lang w:eastAsia="ja-JP"/>
        </w:rPr>
        <w:lastRenderedPageBreak/>
        <w:t>６．確認事項</w:t>
      </w:r>
      <w:r w:rsidR="00A146F1">
        <w:rPr>
          <w:rFonts w:hint="eastAsia"/>
          <w:color w:val="auto"/>
          <w:lang w:eastAsia="ja-JP"/>
        </w:rPr>
        <w:t>（チェックを入れて下さい）</w:t>
      </w:r>
    </w:p>
    <w:p w:rsidR="00A146F1" w:rsidRPr="00A146F1" w:rsidRDefault="00A146F1" w:rsidP="00A146F1">
      <w:pPr>
        <w:rPr>
          <w:lang w:eastAsia="ja-JP"/>
        </w:rPr>
      </w:pPr>
    </w:p>
    <w:p w:rsidR="00FC03AB" w:rsidRDefault="00950F2F">
      <w:pPr>
        <w:rPr>
          <w:lang w:eastAsia="ja-JP"/>
        </w:rPr>
      </w:pPr>
      <w:r>
        <w:rPr>
          <w:lang w:eastAsia="ja-JP"/>
        </w:rPr>
        <w:t xml:space="preserve">□ </w:t>
      </w:r>
      <w:r w:rsidR="00233B26">
        <w:rPr>
          <w:rFonts w:hint="eastAsia"/>
          <w:lang w:eastAsia="ja-JP"/>
        </w:rPr>
        <w:t>町税等滞納の有無に関する調査に同意します。</w:t>
      </w:r>
    </w:p>
    <w:p w:rsidR="00FC03AB" w:rsidRDefault="00950F2F">
      <w:pPr>
        <w:rPr>
          <w:lang w:eastAsia="ja-JP"/>
        </w:rPr>
      </w:pPr>
      <w:r>
        <w:rPr>
          <w:lang w:eastAsia="ja-JP"/>
        </w:rPr>
        <w:t>□ 町との協議及びヒアリングに協力します。</w:t>
      </w:r>
    </w:p>
    <w:p w:rsidR="00FC03AB" w:rsidRDefault="00950F2F">
      <w:pPr>
        <w:rPr>
          <w:lang w:eastAsia="ja-JP"/>
        </w:rPr>
      </w:pPr>
      <w:r>
        <w:rPr>
          <w:lang w:eastAsia="ja-JP"/>
        </w:rPr>
        <w:t>□ 成果報告及び効果検証に協力します。</w:t>
      </w:r>
    </w:p>
    <w:p w:rsidR="00FC03AB" w:rsidRDefault="00950F2F">
      <w:pPr>
        <w:rPr>
          <w:lang w:eastAsia="ja-JP"/>
        </w:rPr>
      </w:pPr>
      <w:r>
        <w:rPr>
          <w:lang w:eastAsia="ja-JP"/>
        </w:rPr>
        <w:t>□ 提出書類に虚偽はありません。</w:t>
      </w:r>
    </w:p>
    <w:sectPr w:rsidR="00FC03AB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487E" w:rsidRDefault="00E6487E" w:rsidP="00E6487E">
      <w:pPr>
        <w:spacing w:after="0" w:line="240" w:lineRule="auto"/>
      </w:pPr>
      <w:r>
        <w:separator/>
      </w:r>
    </w:p>
  </w:endnote>
  <w:endnote w:type="continuationSeparator" w:id="0">
    <w:p w:rsidR="00E6487E" w:rsidRDefault="00E6487E" w:rsidP="00E648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487E" w:rsidRDefault="00E6487E" w:rsidP="00E6487E">
      <w:pPr>
        <w:spacing w:after="0" w:line="240" w:lineRule="auto"/>
      </w:pPr>
      <w:r>
        <w:separator/>
      </w:r>
    </w:p>
  </w:footnote>
  <w:footnote w:type="continuationSeparator" w:id="0">
    <w:p w:rsidR="00E6487E" w:rsidRDefault="00E6487E" w:rsidP="00E648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33B26"/>
    <w:rsid w:val="00283437"/>
    <w:rsid w:val="0029639D"/>
    <w:rsid w:val="00326F90"/>
    <w:rsid w:val="00374834"/>
    <w:rsid w:val="00471863"/>
    <w:rsid w:val="005E328B"/>
    <w:rsid w:val="00642C1F"/>
    <w:rsid w:val="007B3A0C"/>
    <w:rsid w:val="007E3441"/>
    <w:rsid w:val="00950F2F"/>
    <w:rsid w:val="00A146F1"/>
    <w:rsid w:val="00AA1D8D"/>
    <w:rsid w:val="00B23439"/>
    <w:rsid w:val="00B47730"/>
    <w:rsid w:val="00BB159E"/>
    <w:rsid w:val="00CA744B"/>
    <w:rsid w:val="00CB0664"/>
    <w:rsid w:val="00E124E6"/>
    <w:rsid w:val="00E6487E"/>
    <w:rsid w:val="00EB5836"/>
    <w:rsid w:val="00FC03A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1628EF87"/>
  <w14:defaultImageDpi w14:val="300"/>
  <w15:docId w15:val="{773D4B02-C45F-4997-B3C0-84D6F3279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rsid w:val="00FC693F"/>
    <w:rPr>
      <w:rFonts w:ascii="ＭＳ ゴシック" w:eastAsia="ＭＳ ゴシック" w:hAnsi="ＭＳ ゴシック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">
    <w:name w:val="Balloon Text"/>
    <w:basedOn w:val="a1"/>
    <w:link w:val="aff0"/>
    <w:uiPriority w:val="99"/>
    <w:semiHidden/>
    <w:unhideWhenUsed/>
    <w:rsid w:val="005E328B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f0">
    <w:name w:val="吹き出し (文字)"/>
    <w:basedOn w:val="a2"/>
    <w:link w:val="aff"/>
    <w:uiPriority w:val="99"/>
    <w:semiHidden/>
    <w:rsid w:val="005E328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00EDF1C-F274-4A20-9E2B-6F4A9A295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366</Words>
  <Characters>2087</Characters>
  <Application>Microsoft Office Word</Application>
  <DocSecurity>0</DocSecurity>
  <Lines>17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2449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ASKT1609</cp:lastModifiedBy>
  <cp:revision>7</cp:revision>
  <cp:lastPrinted>2026-05-27T01:07:00Z</cp:lastPrinted>
  <dcterms:created xsi:type="dcterms:W3CDTF">2026-05-27T01:41:00Z</dcterms:created>
  <dcterms:modified xsi:type="dcterms:W3CDTF">2026-07-14T05:30:00Z</dcterms:modified>
  <cp:category/>
</cp:coreProperties>
</file>